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D2207F" w14:textId="4343F7F1" w:rsidR="00463D07" w:rsidRPr="00E87CD4" w:rsidRDefault="00195446" w:rsidP="00E87CD4">
      <w:pPr>
        <w:jc w:val="right"/>
      </w:pPr>
      <w:r>
        <w:rPr>
          <w:noProof/>
        </w:rPr>
        <w:drawing>
          <wp:inline distT="0" distB="0" distL="0" distR="0" wp14:anchorId="450083F8" wp14:editId="6F12E765">
            <wp:extent cx="1434905" cy="45994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ife bridge ukraine_ schwarz auf weiß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2018" cy="46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6339E" w14:textId="2B928A58" w:rsidR="002C4F0A" w:rsidRPr="00980F7B" w:rsidRDefault="002C4F0A" w:rsidP="002C4F0A">
      <w:pPr>
        <w:rPr>
          <w:b/>
          <w:sz w:val="28"/>
          <w:szCs w:val="28"/>
          <w:lang w:val="de-DE"/>
        </w:rPr>
      </w:pPr>
      <w:r w:rsidRPr="00980F7B">
        <w:rPr>
          <w:b/>
          <w:sz w:val="28"/>
          <w:szCs w:val="28"/>
          <w:lang w:val="de-DE"/>
        </w:rPr>
        <w:t>WINTER EMERGENCY AID FOR KYIV</w:t>
      </w:r>
    </w:p>
    <w:p w14:paraId="28AE865A" w14:textId="424FEF14" w:rsidR="002C4F0A" w:rsidRDefault="002C4F0A" w:rsidP="002C4F0A">
      <w:pPr>
        <w:rPr>
          <w:b/>
          <w:lang w:val="de-DE"/>
        </w:rPr>
      </w:pPr>
    </w:p>
    <w:p w14:paraId="11FED443" w14:textId="3DC4231C" w:rsidR="002C4F0A" w:rsidRDefault="00736332" w:rsidP="002C4F0A">
      <w:pPr>
        <w:rPr>
          <w:noProof/>
          <w:lang w:val="de-D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5FDF97D" wp14:editId="2C58B18B">
            <wp:simplePos x="0" y="0"/>
            <wp:positionH relativeFrom="column">
              <wp:posOffset>3205480</wp:posOffset>
            </wp:positionH>
            <wp:positionV relativeFrom="paragraph">
              <wp:posOffset>24706</wp:posOffset>
            </wp:positionV>
            <wp:extent cx="2098675" cy="2798445"/>
            <wp:effectExtent l="0" t="0" r="0" b="0"/>
            <wp:wrapTight wrapText="bothSides">
              <wp:wrapPolygon edited="0">
                <wp:start x="0" y="0"/>
                <wp:lineTo x="0" y="21468"/>
                <wp:lineTo x="21437" y="21468"/>
                <wp:lineTo x="21437" y="0"/>
                <wp:lineTo x="0" y="0"/>
              </wp:wrapPolygon>
            </wp:wrapTight>
            <wp:docPr id="15" name="Grafik 15" descr="Ein Bild, das Kleidung, Mann, Person, Schuhwer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Kleidung, Mann, Person, Schuhwerk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F0A" w:rsidRPr="002C4F0A">
        <w:rPr>
          <w:noProof/>
          <w:lang w:val="de-DE"/>
        </w:rPr>
        <w:t xml:space="preserve">In January and February 2026, Kyiv experienced one of the coldest winters in recent years – with temperatures well below freezing and an icy wind. </w:t>
      </w:r>
    </w:p>
    <w:p w14:paraId="1A0DB8F7" w14:textId="5C475274" w:rsidR="00E87CD4" w:rsidRDefault="002C4F0A" w:rsidP="00C37D22">
      <w:pPr>
        <w:rPr>
          <w:noProof/>
          <w:lang w:val="de-DE"/>
        </w:rPr>
      </w:pPr>
      <w:r w:rsidRPr="002C4F0A">
        <w:rPr>
          <w:noProof/>
          <w:lang w:val="de-DE"/>
        </w:rPr>
        <w:t xml:space="preserve">Within just two weeks, thanks to our supporters, we were able to raise a total of 172,125.41 euros for urgent winter relief </w:t>
      </w:r>
      <w:r>
        <w:rPr>
          <w:noProof/>
          <w:lang w:val="de-DE"/>
        </w:rPr>
        <w:t xml:space="preserve">– and, at the same time, </w:t>
      </w:r>
      <w:r w:rsidR="00AD4862">
        <w:rPr>
          <w:noProof/>
          <w:lang w:val="de-DE"/>
        </w:rPr>
        <w:t xml:space="preserve">purchase </w:t>
      </w:r>
      <w:r>
        <w:rPr>
          <w:noProof/>
          <w:lang w:val="de-DE"/>
        </w:rPr>
        <w:t xml:space="preserve">thousands of gas camping stoves, hot water bottles and </w:t>
      </w:r>
      <w:r w:rsidR="00AD4862">
        <w:rPr>
          <w:noProof/>
          <w:lang w:val="de-DE"/>
        </w:rPr>
        <w:t xml:space="preserve">gas cartridges </w:t>
      </w:r>
      <w:r>
        <w:rPr>
          <w:noProof/>
          <w:lang w:val="de-DE"/>
        </w:rPr>
        <w:t>in Poland</w:t>
      </w:r>
      <w:r w:rsidR="00AD4862">
        <w:rPr>
          <w:noProof/>
          <w:lang w:val="de-DE"/>
        </w:rPr>
        <w:t>.</w:t>
      </w:r>
      <w:r w:rsidR="001C104A">
        <w:rPr>
          <w:noProof/>
          <w:lang w:val="de-DE"/>
        </w:rPr>
        <w:t xml:space="preserve"> </w:t>
      </w:r>
      <w:r w:rsidR="00237BF5">
        <w:rPr>
          <w:noProof/>
          <w:lang w:val="de-DE"/>
        </w:rPr>
        <w:t>The initial ‘start-up capital’ was provided to us in Berlin by</w:t>
      </w:r>
      <w:r w:rsidR="00237BF5" w:rsidRPr="001C104A">
        <w:rPr>
          <w:noProof/>
          <w:lang w:val="de-DE"/>
        </w:rPr>
        <w:t xml:space="preserve"> the Berliner Kaufleute und Industrieller e.V. (VBKI)</w:t>
      </w:r>
      <w:r w:rsidR="00237BF5">
        <w:rPr>
          <w:noProof/>
          <w:lang w:val="de-DE"/>
        </w:rPr>
        <w:t xml:space="preserve">, thereby giving us the necessary security to launch the project. </w:t>
      </w:r>
    </w:p>
    <w:p w14:paraId="7176A0FF" w14:textId="1227C06C" w:rsidR="00C37D22" w:rsidRDefault="00E87CD4" w:rsidP="00C37D22">
      <w:pPr>
        <w:rPr>
          <w:noProof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0B52FA" wp14:editId="09A1FAC5">
            <wp:simplePos x="0" y="0"/>
            <wp:positionH relativeFrom="column">
              <wp:posOffset>-97583</wp:posOffset>
            </wp:positionH>
            <wp:positionV relativeFrom="paragraph">
              <wp:posOffset>93921</wp:posOffset>
            </wp:positionV>
            <wp:extent cx="2105025" cy="2805430"/>
            <wp:effectExtent l="0" t="0" r="3175" b="1270"/>
            <wp:wrapTight wrapText="bothSides">
              <wp:wrapPolygon edited="0">
                <wp:start x="0" y="0"/>
                <wp:lineTo x="0" y="21512"/>
                <wp:lineTo x="21502" y="21512"/>
                <wp:lineTo x="21502" y="0"/>
                <wp:lineTo x="0" y="0"/>
              </wp:wrapPolygon>
            </wp:wrapTight>
            <wp:docPr id="8" name="Grafik 8" descr="Ein Bild, das Im Haus, Liegen, Komfort, Bet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Im Haus, Liegen, Komfort, Bet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D22" w:rsidRPr="002C4F0A">
        <w:rPr>
          <w:noProof/>
          <w:lang w:val="de-DE"/>
        </w:rPr>
        <w:t>Using the funds raised</w:t>
      </w:r>
      <w:r w:rsidR="00C37D22">
        <w:rPr>
          <w:noProof/>
          <w:lang w:val="de-DE"/>
        </w:rPr>
        <w:t>,</w:t>
      </w:r>
      <w:r w:rsidR="00C37D22" w:rsidRPr="002C4F0A">
        <w:rPr>
          <w:noProof/>
          <w:lang w:val="de-DE"/>
        </w:rPr>
        <w:t xml:space="preserve"> we were able to finance 9,500 gas camping stoves, 58,000 gas cartridges, 10,580 hot water bottles</w:t>
      </w:r>
      <w:r w:rsidR="00C37D22">
        <w:rPr>
          <w:noProof/>
          <w:lang w:val="de-DE"/>
        </w:rPr>
        <w:t>,</w:t>
      </w:r>
      <w:r w:rsidR="00C37D22" w:rsidRPr="002C4F0A">
        <w:rPr>
          <w:noProof/>
          <w:lang w:val="de-DE"/>
        </w:rPr>
        <w:t xml:space="preserve"> as well as bags, sacks and transport for two major relief operations</w:t>
      </w:r>
      <w:r w:rsidR="00C37D22">
        <w:rPr>
          <w:noProof/>
          <w:lang w:val="de-DE"/>
        </w:rPr>
        <w:t xml:space="preserve">, thereby helping thousands of people in need. </w:t>
      </w:r>
    </w:p>
    <w:p w14:paraId="34BB94EA" w14:textId="35F04C42" w:rsidR="00E87CD4" w:rsidRDefault="002C4F0A" w:rsidP="002C4F0A">
      <w:pPr>
        <w:rPr>
          <w:noProof/>
          <w:lang w:val="de-DE"/>
        </w:rPr>
      </w:pPr>
      <w:r w:rsidRPr="002C4F0A">
        <w:rPr>
          <w:noProof/>
          <w:lang w:val="de-DE"/>
        </w:rPr>
        <w:t xml:space="preserve">With our first aid convoy, we travelled to Kyiv </w:t>
      </w:r>
      <w:r>
        <w:rPr>
          <w:noProof/>
          <w:lang w:val="de-DE"/>
        </w:rPr>
        <w:t>at the end of January</w:t>
      </w:r>
      <w:r w:rsidR="00237BF5">
        <w:rPr>
          <w:noProof/>
          <w:lang w:val="de-DE"/>
        </w:rPr>
        <w:t xml:space="preserve"> 2026 </w:t>
      </w:r>
      <w:r w:rsidRPr="002C4F0A">
        <w:rPr>
          <w:noProof/>
          <w:lang w:val="de-DE"/>
        </w:rPr>
        <w:t xml:space="preserve">and, in collaboration with </w:t>
      </w:r>
      <w:r w:rsidR="00BF613F">
        <w:rPr>
          <w:noProof/>
          <w:lang w:val="de-DE"/>
        </w:rPr>
        <w:t xml:space="preserve">Kyiv </w:t>
      </w:r>
      <w:r w:rsidRPr="002C4F0A">
        <w:rPr>
          <w:noProof/>
          <w:lang w:val="de-DE"/>
        </w:rPr>
        <w:t xml:space="preserve">City </w:t>
      </w:r>
      <w:r w:rsidR="00173A76">
        <w:rPr>
          <w:noProof/>
          <w:lang w:val="de-DE"/>
        </w:rPr>
        <w:t>Administration</w:t>
      </w:r>
      <w:r w:rsidRPr="002C4F0A">
        <w:rPr>
          <w:noProof/>
          <w:lang w:val="de-DE"/>
        </w:rPr>
        <w:t xml:space="preserve"> </w:t>
      </w:r>
      <w:r w:rsidR="00736332">
        <w:rPr>
          <w:noProof/>
          <w:lang w:val="de-DE"/>
        </w:rPr>
        <w:t xml:space="preserve">and </w:t>
      </w:r>
      <w:r w:rsidRPr="002C4F0A">
        <w:rPr>
          <w:noProof/>
          <w:lang w:val="de-DE"/>
        </w:rPr>
        <w:t xml:space="preserve">with </w:t>
      </w:r>
      <w:r w:rsidR="001C104A">
        <w:rPr>
          <w:noProof/>
          <w:lang w:val="de-DE"/>
        </w:rPr>
        <w:t xml:space="preserve">the personal </w:t>
      </w:r>
      <w:r w:rsidR="00736332">
        <w:rPr>
          <w:noProof/>
          <w:lang w:val="de-DE"/>
        </w:rPr>
        <w:t>support of Mayor Vitalii Klitschko</w:t>
      </w:r>
      <w:r>
        <w:rPr>
          <w:noProof/>
          <w:lang w:val="de-DE"/>
        </w:rPr>
        <w:t xml:space="preserve">, </w:t>
      </w:r>
      <w:r w:rsidRPr="002C4F0A">
        <w:rPr>
          <w:noProof/>
          <w:lang w:val="de-DE"/>
        </w:rPr>
        <w:t xml:space="preserve">the social services departments </w:t>
      </w:r>
      <w:r w:rsidR="00463D07">
        <w:rPr>
          <w:noProof/>
          <w:lang w:val="de-DE"/>
        </w:rPr>
        <w:t xml:space="preserve">and </w:t>
      </w:r>
      <w:r>
        <w:rPr>
          <w:noProof/>
          <w:lang w:val="de-DE"/>
        </w:rPr>
        <w:t xml:space="preserve">the ‘Strong with Ukraine Foundation’, </w:t>
      </w:r>
      <w:r w:rsidRPr="002C4F0A">
        <w:rPr>
          <w:noProof/>
          <w:lang w:val="de-DE"/>
        </w:rPr>
        <w:t xml:space="preserve">we packed </w:t>
      </w:r>
      <w:r w:rsidR="001C104A">
        <w:rPr>
          <w:noProof/>
          <w:lang w:val="de-DE"/>
        </w:rPr>
        <w:t xml:space="preserve">thousands </w:t>
      </w:r>
      <w:r w:rsidRPr="002C4F0A">
        <w:rPr>
          <w:noProof/>
          <w:lang w:val="de-DE"/>
        </w:rPr>
        <w:t>of winter emergency parcels and distributed them</w:t>
      </w:r>
      <w:r w:rsidR="00C37D22">
        <w:rPr>
          <w:noProof/>
          <w:lang w:val="de-DE"/>
        </w:rPr>
        <w:t xml:space="preserve"> to the worst-affected households</w:t>
      </w:r>
      <w:r w:rsidRPr="002C4F0A">
        <w:rPr>
          <w:noProof/>
          <w:lang w:val="de-DE"/>
        </w:rPr>
        <w:t xml:space="preserve">. </w:t>
      </w:r>
      <w:r w:rsidR="00E87CD4">
        <w:rPr>
          <w:noProof/>
          <w:lang w:val="de-DE"/>
        </w:rPr>
        <w:br/>
      </w:r>
    </w:p>
    <w:p w14:paraId="55BBE1CB" w14:textId="46F1D45A" w:rsidR="00736332" w:rsidRDefault="00C37D22" w:rsidP="002C4F0A">
      <w:pPr>
        <w:rPr>
          <w:noProof/>
          <w:lang w:val="de-DE"/>
        </w:rPr>
      </w:pPr>
      <w:r>
        <w:rPr>
          <w:noProof/>
          <w:lang w:val="de-DE"/>
        </w:rPr>
        <w:lastRenderedPageBreak/>
        <w:drawing>
          <wp:anchor distT="0" distB="0" distL="114300" distR="114300" simplePos="0" relativeHeight="251661312" behindDoc="1" locked="0" layoutInCell="1" allowOverlap="1" wp14:anchorId="5856FF2C" wp14:editId="23AD0D4F">
            <wp:simplePos x="0" y="0"/>
            <wp:positionH relativeFrom="column">
              <wp:posOffset>3432273</wp:posOffset>
            </wp:positionH>
            <wp:positionV relativeFrom="paragraph">
              <wp:posOffset>25498</wp:posOffset>
            </wp:positionV>
            <wp:extent cx="1973580" cy="2621280"/>
            <wp:effectExtent l="0" t="0" r="0" b="0"/>
            <wp:wrapTight wrapText="bothSides">
              <wp:wrapPolygon edited="0">
                <wp:start x="0" y="0"/>
                <wp:lineTo x="0" y="21453"/>
                <wp:lineTo x="21405" y="21453"/>
                <wp:lineTo x="21405" y="0"/>
                <wp:lineTo x="0" y="0"/>
              </wp:wrapPolygon>
            </wp:wrapTight>
            <wp:docPr id="14" name="Grafik 14" descr="Ein Bild, das Kleidung, Menschliches Gesicht, Person, Wa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Kleidung, Menschliches Gesicht, Person, Wand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46">
        <w:rPr>
          <w:noProof/>
          <w:lang w:val="de-DE"/>
        </w:rPr>
        <w:t xml:space="preserve">We distributed the winter emergency parcels directly to </w:t>
      </w:r>
      <w:r w:rsidR="002C4F0A" w:rsidRPr="002C4F0A">
        <w:rPr>
          <w:noProof/>
          <w:lang w:val="de-DE"/>
        </w:rPr>
        <w:t xml:space="preserve">vulnerable people: households on very low incomes, older people, children and families living in severely damaged residential buildings, as well as households without reliable access to gas, heating or electricity. </w:t>
      </w:r>
    </w:p>
    <w:p w14:paraId="307219B1" w14:textId="6ED476EA" w:rsidR="00736332" w:rsidRDefault="00C37D22" w:rsidP="002C4F0A">
      <w:pPr>
        <w:rPr>
          <w:noProof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6D53183" wp14:editId="660962FE">
            <wp:simplePos x="0" y="0"/>
            <wp:positionH relativeFrom="column">
              <wp:posOffset>6985</wp:posOffset>
            </wp:positionH>
            <wp:positionV relativeFrom="paragraph">
              <wp:posOffset>33629</wp:posOffset>
            </wp:positionV>
            <wp:extent cx="1661795" cy="2215515"/>
            <wp:effectExtent l="0" t="0" r="1905" b="0"/>
            <wp:wrapTight wrapText="bothSides">
              <wp:wrapPolygon edited="0">
                <wp:start x="0" y="0"/>
                <wp:lineTo x="0" y="21420"/>
                <wp:lineTo x="21460" y="21420"/>
                <wp:lineTo x="21460" y="0"/>
                <wp:lineTo x="0" y="0"/>
              </wp:wrapPolygon>
            </wp:wrapTight>
            <wp:docPr id="10" name="Grafik 10" descr="Ein Bild, das Person, Schuhwerk, Kleidung, Hos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Person, Schuhwerk, Kleidung, Hose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D07">
        <w:rPr>
          <w:noProof/>
          <w:lang w:val="de-DE"/>
        </w:rPr>
        <w:t xml:space="preserve">We are particularly proud that the men and veterans whom we were able to help get back on their feet with high-quality prosthetics at the Berlin-Kyiv Municipal Prosthetics Centre (Human-Titans) have, in turn, supported us in providing this emergency aid to the civilian population. </w:t>
      </w:r>
    </w:p>
    <w:p w14:paraId="7EF67B77" w14:textId="77777777" w:rsidR="00195446" w:rsidRDefault="00195446" w:rsidP="002C4F0A">
      <w:pPr>
        <w:rPr>
          <w:noProof/>
          <w:lang w:val="de-DE"/>
        </w:rPr>
      </w:pPr>
    </w:p>
    <w:p w14:paraId="677BCFC4" w14:textId="11278624" w:rsidR="00C37D22" w:rsidRDefault="002C4F0A" w:rsidP="002C4F0A">
      <w:pPr>
        <w:rPr>
          <w:noProof/>
          <w:lang w:val="de-DE"/>
        </w:rPr>
      </w:pPr>
      <w:r w:rsidRPr="002C4F0A">
        <w:rPr>
          <w:noProof/>
          <w:lang w:val="de-DE"/>
        </w:rPr>
        <w:t xml:space="preserve">We remember the ice-cold hands that accepted our help from our warm hands – and the silent, grateful eyes that looked at us. </w:t>
      </w:r>
    </w:p>
    <w:p w14:paraId="422D11EB" w14:textId="06423057" w:rsidR="00C37D22" w:rsidRDefault="002C4F0A" w:rsidP="002C4F0A">
      <w:pPr>
        <w:rPr>
          <w:noProof/>
          <w:lang w:val="de-DE"/>
        </w:rPr>
      </w:pPr>
      <w:r w:rsidRPr="002C4F0A">
        <w:rPr>
          <w:noProof/>
          <w:lang w:val="de-DE"/>
        </w:rPr>
        <w:t xml:space="preserve">These encounters show us just how vital warmth, closeness and practical help are for survival in this war. </w:t>
      </w:r>
    </w:p>
    <w:p w14:paraId="2E73C1A3" w14:textId="69A0AB81" w:rsidR="00237BF5" w:rsidRDefault="002C4F0A" w:rsidP="00237BF5">
      <w:pPr>
        <w:rPr>
          <w:noProof/>
          <w:lang w:val="de-DE"/>
        </w:rPr>
      </w:pPr>
      <w:r w:rsidRPr="00736332">
        <w:rPr>
          <w:b/>
          <w:bCs/>
          <w:noProof/>
          <w:lang w:val="de-DE"/>
        </w:rPr>
        <w:t>Thank you to everyone who made this winter emergency aid possible</w:t>
      </w:r>
      <w:r w:rsidR="00736332">
        <w:rPr>
          <w:b/>
          <w:bCs/>
          <w:noProof/>
          <w:lang w:val="de-DE"/>
        </w:rPr>
        <w:t xml:space="preserve">!!! </w:t>
      </w:r>
    </w:p>
    <w:p w14:paraId="30E847DB" w14:textId="29D84A21" w:rsidR="001648C7" w:rsidRPr="00736332" w:rsidRDefault="001648C7" w:rsidP="002C4F0A">
      <w:pPr>
        <w:rPr>
          <w:b/>
          <w:bCs/>
          <w:noProof/>
          <w:lang w:val="de-DE"/>
        </w:rPr>
      </w:pPr>
    </w:p>
    <w:p w14:paraId="27515BB6" w14:textId="2E22F688" w:rsidR="00736332" w:rsidRDefault="00736332" w:rsidP="002C4F0A">
      <w:pPr>
        <w:rPr>
          <w:noProof/>
          <w:lang w:val="de-DE"/>
        </w:rPr>
      </w:pPr>
    </w:p>
    <w:p w14:paraId="324AB70F" w14:textId="77777777" w:rsidR="00736332" w:rsidRPr="00C37D22" w:rsidRDefault="00736332" w:rsidP="002C4F0A">
      <w:pPr>
        <w:rPr>
          <w:lang w:val="de-DE"/>
        </w:rPr>
      </w:pPr>
    </w:p>
    <w:p w14:paraId="0E589C19" w14:textId="06A789A1" w:rsidR="00736332" w:rsidRPr="007401EF" w:rsidRDefault="00736332" w:rsidP="002C4F0A">
      <w:pPr>
        <w:rPr>
          <w:lang w:val="de-DE"/>
        </w:rPr>
      </w:pPr>
      <w:r w:rsidRPr="00C37D22">
        <w:t>Dr Janine v. Wolfersdorff</w:t>
      </w:r>
      <w:r w:rsidR="00C37D22" w:rsidRPr="00C37D22">
        <w:t xml:space="preserve"> </w:t>
      </w:r>
      <w:r w:rsidR="00C37D22">
        <w:br/>
      </w:r>
      <w:r w:rsidR="00C37D22" w:rsidRPr="00736332">
        <w:t xml:space="preserve">Life Bridge Ukraine, 1 </w:t>
      </w:r>
      <w:r w:rsidR="00C37D22" w:rsidRPr="007401EF">
        <w:rPr>
          <w:lang w:val="de-DE"/>
        </w:rPr>
        <w:t>June 2026</w:t>
      </w:r>
      <w:r w:rsidR="00C37D22">
        <w:rPr>
          <w:lang w:val="de-DE"/>
        </w:rPr>
        <w:t xml:space="preserve">, </w:t>
      </w:r>
      <w:r w:rsidR="00C37D22">
        <w:rPr>
          <w:lang w:val="de-DE"/>
        </w:rPr>
        <w:br/>
      </w:r>
      <w:hyperlink r:id="rId11" w:history="1">
        <w:r w:rsidR="00C37D22" w:rsidRPr="00121765">
          <w:rPr>
            <w:rStyle w:val="Hyperlink"/>
            <w:lang w:val="de-DE"/>
          </w:rPr>
          <w:t>contact@life.bridge-ukraine.com</w:t>
        </w:r>
      </w:hyperlink>
      <w:r w:rsidR="00C37D22" w:rsidRPr="007401EF">
        <w:rPr>
          <w:lang w:val="de-DE"/>
        </w:rPr>
        <w:t xml:space="preserve">, </w:t>
      </w:r>
      <w:r w:rsidR="00C37D22" w:rsidRPr="007401EF">
        <w:rPr>
          <w:lang w:val="de-DE"/>
        </w:rPr>
        <w:br/>
      </w:r>
    </w:p>
    <w:p w14:paraId="0714D372" w14:textId="5C65DCC6" w:rsidR="00563A9A" w:rsidRPr="007401EF" w:rsidRDefault="00563A9A">
      <w:pPr>
        <w:rPr>
          <w:lang w:val="de-DE"/>
        </w:rPr>
      </w:pPr>
    </w:p>
    <w:sectPr w:rsidR="00563A9A" w:rsidRPr="007401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5877200">
    <w:abstractNumId w:val="8"/>
  </w:num>
  <w:num w:numId="2" w16cid:durableId="1124731078">
    <w:abstractNumId w:val="6"/>
  </w:num>
  <w:num w:numId="3" w16cid:durableId="109278104">
    <w:abstractNumId w:val="5"/>
  </w:num>
  <w:num w:numId="4" w16cid:durableId="1604418103">
    <w:abstractNumId w:val="4"/>
  </w:num>
  <w:num w:numId="5" w16cid:durableId="652220230">
    <w:abstractNumId w:val="7"/>
  </w:num>
  <w:num w:numId="6" w16cid:durableId="817649481">
    <w:abstractNumId w:val="3"/>
  </w:num>
  <w:num w:numId="7" w16cid:durableId="1551185224">
    <w:abstractNumId w:val="2"/>
  </w:num>
  <w:num w:numId="8" w16cid:durableId="1309362136">
    <w:abstractNumId w:val="1"/>
  </w:num>
  <w:num w:numId="9" w16cid:durableId="17740873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8B4"/>
    <w:rsid w:val="00034616"/>
    <w:rsid w:val="0006063C"/>
    <w:rsid w:val="0015074B"/>
    <w:rsid w:val="001648C7"/>
    <w:rsid w:val="00173A76"/>
    <w:rsid w:val="00195446"/>
    <w:rsid w:val="001C104A"/>
    <w:rsid w:val="00237BF5"/>
    <w:rsid w:val="0029639D"/>
    <w:rsid w:val="002C4F0A"/>
    <w:rsid w:val="00326F90"/>
    <w:rsid w:val="0038667D"/>
    <w:rsid w:val="00463D07"/>
    <w:rsid w:val="00563A9A"/>
    <w:rsid w:val="00736332"/>
    <w:rsid w:val="007401EF"/>
    <w:rsid w:val="00980F7B"/>
    <w:rsid w:val="00AA1D8D"/>
    <w:rsid w:val="00AC268B"/>
    <w:rsid w:val="00AD4862"/>
    <w:rsid w:val="00B47730"/>
    <w:rsid w:val="00BF613F"/>
    <w:rsid w:val="00C344A9"/>
    <w:rsid w:val="00C37D22"/>
    <w:rsid w:val="00CB0664"/>
    <w:rsid w:val="00E87CD4"/>
    <w:rsid w:val="00F577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8F116"/>
  <w14:defaultImageDpi w14:val="300"/>
  <w15:docId w15:val="{612A942E-536C-AC48-87CD-3D06D0CA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73633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633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37D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13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ontact@life.bridge-ukraine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JvW</dc:creator>
  <cp:keywords>, docId:6749F985B72D9D20CC1E369B0D3EE2D5</cp:keywords>
  <dc:description/>
  <cp:lastModifiedBy>JvW</cp:lastModifiedBy>
  <cp:revision>4</cp:revision>
  <cp:lastPrinted>2026-06-01T12:31:00Z</cp:lastPrinted>
  <dcterms:created xsi:type="dcterms:W3CDTF">2026-08-07T08:51:00Z</dcterms:created>
  <dcterms:modified xsi:type="dcterms:W3CDTF">2026-08-07T09:00:00Z</dcterms:modified>
  <cp:category/>
</cp:coreProperties>
</file>