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D2207F" w14:textId="4343F7F1" w:rsidR="00463D07" w:rsidRPr="00E87CD4" w:rsidRDefault="00195446" w:rsidP="00E87CD4">
      <w:pPr>
        <w:jc w:val="right"/>
      </w:pPr>
      <w:r>
        <w:rPr>
          <w:noProof/>
        </w:rPr>
        <w:drawing>
          <wp:inline distT="0" distB="0" distL="0" distR="0" wp14:anchorId="450083F8" wp14:editId="6F12E765">
            <wp:extent cx="1434905" cy="459941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life bridge ukraine_ schwarz auf weiß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2018" cy="46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6339E" w14:textId="2B928A58" w:rsidR="002C4F0A" w:rsidRPr="00980F7B" w:rsidRDefault="002C4F0A" w:rsidP="002C4F0A">
      <w:pPr>
        <w:rPr>
          <w:b/>
          <w:sz w:val="28"/>
          <w:szCs w:val="28"/>
          <w:lang w:val="de-DE"/>
        </w:rPr>
      </w:pPr>
      <w:r w:rsidRPr="00980F7B">
        <w:rPr>
          <w:b/>
          <w:sz w:val="28"/>
          <w:szCs w:val="28"/>
          <w:lang w:val="de-DE"/>
        </w:rPr>
        <w:t>WINTERNOTHILFE KYIV</w:t>
      </w:r>
    </w:p>
    <w:p w14:paraId="28AE865A" w14:textId="424FEF14" w:rsidR="002C4F0A" w:rsidRDefault="002C4F0A" w:rsidP="002C4F0A">
      <w:pPr>
        <w:rPr>
          <w:b/>
          <w:lang w:val="de-DE"/>
        </w:rPr>
      </w:pPr>
    </w:p>
    <w:p w14:paraId="11FED443" w14:textId="3DC4231C" w:rsidR="002C4F0A" w:rsidRDefault="00736332" w:rsidP="002C4F0A">
      <w:pPr>
        <w:rPr>
          <w:noProof/>
          <w:lang w:val="de-DE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5FDF97D" wp14:editId="2C58B18B">
            <wp:simplePos x="0" y="0"/>
            <wp:positionH relativeFrom="column">
              <wp:posOffset>3205480</wp:posOffset>
            </wp:positionH>
            <wp:positionV relativeFrom="paragraph">
              <wp:posOffset>24706</wp:posOffset>
            </wp:positionV>
            <wp:extent cx="2098675" cy="2798445"/>
            <wp:effectExtent l="0" t="0" r="0" b="0"/>
            <wp:wrapTight wrapText="bothSides">
              <wp:wrapPolygon edited="0">
                <wp:start x="0" y="0"/>
                <wp:lineTo x="0" y="21468"/>
                <wp:lineTo x="21437" y="21468"/>
                <wp:lineTo x="21437" y="0"/>
                <wp:lineTo x="0" y="0"/>
              </wp:wrapPolygon>
            </wp:wrapTight>
            <wp:docPr id="15" name="Grafik 15" descr="Ein Bild, das Kleidung, Mann, Person, Schuhwerk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 15" descr="Ein Bild, das Kleidung, Mann, Person, Schuhwerk enthält.&#10;&#10;Automatisch generierte Beschreibu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98675" cy="2798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F0A" w:rsidRPr="002C4F0A">
        <w:rPr>
          <w:noProof/>
          <w:lang w:val="de-DE"/>
        </w:rPr>
        <w:t xml:space="preserve">Im Januar und Februar 2026 erlebte Kyjiw einen der kältesten Winter der letzten Jahre – mit Temperaturen deutlich unter dem Gefrierpunkt und eisigem Wind. </w:t>
      </w:r>
    </w:p>
    <w:p w14:paraId="1A0DB8F7" w14:textId="5C475274" w:rsidR="00E87CD4" w:rsidRDefault="002C4F0A" w:rsidP="00C37D22">
      <w:pPr>
        <w:rPr>
          <w:noProof/>
          <w:lang w:val="de-DE"/>
        </w:rPr>
      </w:pPr>
      <w:r w:rsidRPr="002C4F0A">
        <w:rPr>
          <w:noProof/>
          <w:lang w:val="de-DE"/>
        </w:rPr>
        <w:t>Innerhalb von nur zwei Wochen konnten wir dank unserer Unterstützer insgesamt 172.125,41 Euro für eine akute Winternothilfe sammeln</w:t>
      </w:r>
      <w:r>
        <w:rPr>
          <w:noProof/>
          <w:lang w:val="de-DE"/>
        </w:rPr>
        <w:t xml:space="preserve"> – und parallel dazu in Polen </w:t>
      </w:r>
      <w:r w:rsidR="00463D07">
        <w:rPr>
          <w:noProof/>
          <w:lang w:val="de-DE"/>
        </w:rPr>
        <w:t>bereits</w:t>
      </w:r>
      <w:r w:rsidR="00736332">
        <w:rPr>
          <w:noProof/>
          <w:lang w:val="de-DE"/>
        </w:rPr>
        <w:t xml:space="preserve"> </w:t>
      </w:r>
      <w:r>
        <w:rPr>
          <w:noProof/>
          <w:lang w:val="de-DE"/>
        </w:rPr>
        <w:t xml:space="preserve">tausende Gascampingkocher,Wärmeflaschen und </w:t>
      </w:r>
      <w:r w:rsidR="00AD4862">
        <w:rPr>
          <w:noProof/>
          <w:lang w:val="de-DE"/>
        </w:rPr>
        <w:t>Gaskartuschen einkaufen.</w:t>
      </w:r>
      <w:r w:rsidR="001C104A">
        <w:rPr>
          <w:noProof/>
          <w:lang w:val="de-DE"/>
        </w:rPr>
        <w:t xml:space="preserve"> </w:t>
      </w:r>
      <w:r w:rsidR="00237BF5">
        <w:rPr>
          <w:noProof/>
          <w:lang w:val="de-DE"/>
        </w:rPr>
        <w:t xml:space="preserve">Das </w:t>
      </w:r>
      <w:r w:rsidR="00237BF5">
        <w:rPr>
          <w:noProof/>
          <w:lang w:val="de-DE"/>
        </w:rPr>
        <w:t xml:space="preserve">erste </w:t>
      </w:r>
      <w:r w:rsidR="00237BF5">
        <w:rPr>
          <w:noProof/>
          <w:lang w:val="de-DE"/>
        </w:rPr>
        <w:t xml:space="preserve">„Startkapital“ sicherte uns in Berlin der </w:t>
      </w:r>
      <w:r w:rsidR="00237BF5" w:rsidRPr="001C104A">
        <w:rPr>
          <w:noProof/>
          <w:lang w:val="de-DE"/>
        </w:rPr>
        <w:t xml:space="preserve">Verein Berliner Kaufleute und Industrieller e.V. (VBKI) </w:t>
      </w:r>
      <w:r w:rsidR="00237BF5">
        <w:rPr>
          <w:noProof/>
          <w:lang w:val="de-DE"/>
        </w:rPr>
        <w:t xml:space="preserve">zu und ermöglichte damit die notwendige Sicherheit, das Projekt starten zu können. </w:t>
      </w:r>
    </w:p>
    <w:p w14:paraId="7176A0FF" w14:textId="1227C06C" w:rsidR="00C37D22" w:rsidRDefault="00E87CD4" w:rsidP="00C37D22">
      <w:pPr>
        <w:rPr>
          <w:noProof/>
          <w:lang w:val="de-D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B0B52FA" wp14:editId="09A1FAC5">
            <wp:simplePos x="0" y="0"/>
            <wp:positionH relativeFrom="column">
              <wp:posOffset>-97583</wp:posOffset>
            </wp:positionH>
            <wp:positionV relativeFrom="paragraph">
              <wp:posOffset>93921</wp:posOffset>
            </wp:positionV>
            <wp:extent cx="2105025" cy="2805430"/>
            <wp:effectExtent l="0" t="0" r="3175" b="1270"/>
            <wp:wrapTight wrapText="bothSides">
              <wp:wrapPolygon edited="0">
                <wp:start x="0" y="0"/>
                <wp:lineTo x="0" y="21512"/>
                <wp:lineTo x="21502" y="21512"/>
                <wp:lineTo x="21502" y="0"/>
                <wp:lineTo x="0" y="0"/>
              </wp:wrapPolygon>
            </wp:wrapTight>
            <wp:docPr id="8" name="Grafik 8" descr="Ein Bild, das Im Haus, Liegen, Komfort, Bet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 descr="Ein Bild, das Im Haus, Liegen, Komfort, Bett enthält.&#10;&#10;Automatisch generierte Beschreibu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805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7D22" w:rsidRPr="002C4F0A">
        <w:rPr>
          <w:noProof/>
          <w:lang w:val="de-DE"/>
        </w:rPr>
        <w:t>Von den gesammelten Mitteln konnten wir 9.500 Gas‑Campingkocher, 58.000 Gaskartuschen, 10.580 Wärmflaschen sowie Tüten, Taschen und Transport für zwei große Hilfsaktionen finanzieren</w:t>
      </w:r>
      <w:r w:rsidR="00C37D22">
        <w:rPr>
          <w:noProof/>
          <w:lang w:val="de-DE"/>
        </w:rPr>
        <w:t xml:space="preserve">, und damit tausenden Menschen in Not helfen. </w:t>
      </w:r>
    </w:p>
    <w:p w14:paraId="34BB94EA" w14:textId="189956A6" w:rsidR="00E87CD4" w:rsidRDefault="002C4F0A" w:rsidP="002C4F0A">
      <w:pPr>
        <w:rPr>
          <w:noProof/>
          <w:lang w:val="de-DE"/>
        </w:rPr>
      </w:pPr>
      <w:r w:rsidRPr="002C4F0A">
        <w:rPr>
          <w:noProof/>
          <w:lang w:val="de-DE"/>
        </w:rPr>
        <w:t xml:space="preserve">Mit unserem ersten Hilfstransport sind wir </w:t>
      </w:r>
      <w:r>
        <w:rPr>
          <w:noProof/>
          <w:lang w:val="de-DE"/>
        </w:rPr>
        <w:t xml:space="preserve">Ende Januar </w:t>
      </w:r>
      <w:r w:rsidR="00237BF5">
        <w:rPr>
          <w:noProof/>
          <w:lang w:val="de-DE"/>
        </w:rPr>
        <w:t xml:space="preserve">2026 </w:t>
      </w:r>
      <w:r w:rsidRPr="002C4F0A">
        <w:rPr>
          <w:noProof/>
          <w:lang w:val="de-DE"/>
        </w:rPr>
        <w:t>nach Kyjiw gefahren und haben gemeinsam mit der Stadtverwaltung</w:t>
      </w:r>
      <w:r w:rsidR="00BF613F">
        <w:rPr>
          <w:noProof/>
          <w:lang w:val="de-DE"/>
        </w:rPr>
        <w:t xml:space="preserve"> Kyiv</w:t>
      </w:r>
      <w:r w:rsidR="00736332">
        <w:rPr>
          <w:noProof/>
          <w:lang w:val="de-DE"/>
        </w:rPr>
        <w:t xml:space="preserve"> und</w:t>
      </w:r>
      <w:r w:rsidR="001C104A">
        <w:rPr>
          <w:noProof/>
          <w:lang w:val="de-DE"/>
        </w:rPr>
        <w:t xml:space="preserve"> der persönlichen </w:t>
      </w:r>
      <w:r w:rsidR="00736332">
        <w:rPr>
          <w:noProof/>
          <w:lang w:val="de-DE"/>
        </w:rPr>
        <w:t xml:space="preserve"> Unterstützung von Bürgermeister Vitalii Klitschko</w:t>
      </w:r>
      <w:r>
        <w:rPr>
          <w:noProof/>
          <w:lang w:val="de-DE"/>
        </w:rPr>
        <w:t xml:space="preserve">, </w:t>
      </w:r>
      <w:r w:rsidRPr="002C4F0A">
        <w:rPr>
          <w:noProof/>
          <w:lang w:val="de-DE"/>
        </w:rPr>
        <w:t>den Sozialbezirken</w:t>
      </w:r>
      <w:r w:rsidR="00463D07">
        <w:rPr>
          <w:noProof/>
          <w:lang w:val="de-DE"/>
        </w:rPr>
        <w:t xml:space="preserve"> und </w:t>
      </w:r>
      <w:r>
        <w:rPr>
          <w:noProof/>
          <w:lang w:val="de-DE"/>
        </w:rPr>
        <w:t xml:space="preserve">„Strong with Ukraine Foundation“ </w:t>
      </w:r>
      <w:r w:rsidR="001C104A">
        <w:rPr>
          <w:noProof/>
          <w:lang w:val="de-DE"/>
        </w:rPr>
        <w:t>taus</w:t>
      </w:r>
      <w:r w:rsidR="00C37D22">
        <w:rPr>
          <w:noProof/>
          <w:lang w:val="de-DE"/>
        </w:rPr>
        <w:t>end</w:t>
      </w:r>
      <w:r w:rsidR="001C104A">
        <w:rPr>
          <w:noProof/>
          <w:lang w:val="de-DE"/>
        </w:rPr>
        <w:t>e</w:t>
      </w:r>
      <w:r w:rsidR="00AD4862">
        <w:rPr>
          <w:noProof/>
          <w:lang w:val="de-DE"/>
        </w:rPr>
        <w:t xml:space="preserve"> </w:t>
      </w:r>
      <w:r w:rsidRPr="002C4F0A">
        <w:rPr>
          <w:noProof/>
          <w:lang w:val="de-DE"/>
        </w:rPr>
        <w:t xml:space="preserve">Winternotpakete gepackt und </w:t>
      </w:r>
      <w:r w:rsidR="00C37D22">
        <w:rPr>
          <w:noProof/>
          <w:lang w:val="de-DE"/>
        </w:rPr>
        <w:t xml:space="preserve">an die am schlimmsten betroffenen Haushalte </w:t>
      </w:r>
      <w:r w:rsidRPr="002C4F0A">
        <w:rPr>
          <w:noProof/>
          <w:lang w:val="de-DE"/>
        </w:rPr>
        <w:t xml:space="preserve">verteilt. </w:t>
      </w:r>
      <w:r w:rsidR="00E87CD4">
        <w:rPr>
          <w:noProof/>
          <w:lang w:val="de-DE"/>
        </w:rPr>
        <w:br/>
      </w:r>
    </w:p>
    <w:p w14:paraId="55BBE1CB" w14:textId="46F1D45A" w:rsidR="00736332" w:rsidRDefault="00C37D22" w:rsidP="002C4F0A">
      <w:pPr>
        <w:rPr>
          <w:noProof/>
          <w:lang w:val="de-DE"/>
        </w:rPr>
      </w:pPr>
      <w:r>
        <w:rPr>
          <w:noProof/>
          <w:lang w:val="de-DE"/>
        </w:rPr>
        <w:lastRenderedPageBreak/>
        <w:drawing>
          <wp:anchor distT="0" distB="0" distL="114300" distR="114300" simplePos="0" relativeHeight="251661312" behindDoc="1" locked="0" layoutInCell="1" allowOverlap="1" wp14:anchorId="5856FF2C" wp14:editId="23AD0D4F">
            <wp:simplePos x="0" y="0"/>
            <wp:positionH relativeFrom="column">
              <wp:posOffset>3432273</wp:posOffset>
            </wp:positionH>
            <wp:positionV relativeFrom="paragraph">
              <wp:posOffset>25498</wp:posOffset>
            </wp:positionV>
            <wp:extent cx="1973580" cy="2621280"/>
            <wp:effectExtent l="0" t="0" r="0" b="0"/>
            <wp:wrapTight wrapText="bothSides">
              <wp:wrapPolygon edited="0">
                <wp:start x="0" y="0"/>
                <wp:lineTo x="0" y="21453"/>
                <wp:lineTo x="21405" y="21453"/>
                <wp:lineTo x="21405" y="0"/>
                <wp:lineTo x="0" y="0"/>
              </wp:wrapPolygon>
            </wp:wrapTight>
            <wp:docPr id="14" name="Grafik 14" descr="Ein Bild, das Kleidung, Menschliches Gesicht, Person, Wan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4" descr="Ein Bild, das Kleidung, Menschliches Gesicht, Person, Wand enthält.&#10;&#10;Automatisch generierte Beschreibu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73580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5446">
        <w:rPr>
          <w:noProof/>
          <w:lang w:val="de-DE"/>
        </w:rPr>
        <w:t>Wir haben die Winternotpakete direkt an</w:t>
      </w:r>
      <w:r w:rsidR="002C4F0A" w:rsidRPr="002C4F0A">
        <w:rPr>
          <w:noProof/>
          <w:lang w:val="de-DE"/>
        </w:rPr>
        <w:t xml:space="preserve"> vulnerable Menschen</w:t>
      </w:r>
      <w:r w:rsidR="00195446">
        <w:rPr>
          <w:noProof/>
          <w:lang w:val="de-DE"/>
        </w:rPr>
        <w:t xml:space="preserve"> ausgegeben</w:t>
      </w:r>
      <w:r w:rsidR="002C4F0A" w:rsidRPr="002C4F0A">
        <w:rPr>
          <w:noProof/>
          <w:lang w:val="de-DE"/>
        </w:rPr>
        <w:t xml:space="preserve">: Haushalte mit sehr geringem Einkommen, ältere Menschen, Kinder und Familien in stark beschädigten Wohngebäuden sowie Haushalte ohne verlässlichen Zugang zu Gas, Heizung oder Strom. </w:t>
      </w:r>
    </w:p>
    <w:p w14:paraId="307219B1" w14:textId="6ED476EA" w:rsidR="00736332" w:rsidRDefault="00C37D22" w:rsidP="002C4F0A">
      <w:pPr>
        <w:rPr>
          <w:noProof/>
          <w:lang w:val="de-DE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6D53183" wp14:editId="660962FE">
            <wp:simplePos x="0" y="0"/>
            <wp:positionH relativeFrom="column">
              <wp:posOffset>6985</wp:posOffset>
            </wp:positionH>
            <wp:positionV relativeFrom="paragraph">
              <wp:posOffset>33629</wp:posOffset>
            </wp:positionV>
            <wp:extent cx="1661795" cy="2215515"/>
            <wp:effectExtent l="0" t="0" r="1905" b="0"/>
            <wp:wrapTight wrapText="bothSides">
              <wp:wrapPolygon edited="0">
                <wp:start x="0" y="0"/>
                <wp:lineTo x="0" y="21420"/>
                <wp:lineTo x="21460" y="21420"/>
                <wp:lineTo x="21460" y="0"/>
                <wp:lineTo x="0" y="0"/>
              </wp:wrapPolygon>
            </wp:wrapTight>
            <wp:docPr id="10" name="Grafik 10" descr="Ein Bild, das Person, Schuhwerk, Kleidung, Hos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 descr="Ein Bild, das Person, Schuhwerk, Kleidung, Hose enthält.&#10;&#10;Automatisch generierte Beschreibu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61795" cy="2215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3D07">
        <w:rPr>
          <w:noProof/>
          <w:lang w:val="de-DE"/>
        </w:rPr>
        <w:t xml:space="preserve">Besonders stolz sind wir, dass die Männer/Veteranen, denen wir im städtischen Prothesenzentrum Berlin-Kyiv (Human-Titans) mit guten Prothesen auf die Beine helfen konnten, uns wiederum bei dieser Nothilfe für die Zivilbevölkerung unterstützt haben. </w:t>
      </w:r>
    </w:p>
    <w:p w14:paraId="7EF67B77" w14:textId="77777777" w:rsidR="00195446" w:rsidRDefault="00195446" w:rsidP="002C4F0A">
      <w:pPr>
        <w:rPr>
          <w:noProof/>
          <w:lang w:val="de-DE"/>
        </w:rPr>
      </w:pPr>
    </w:p>
    <w:p w14:paraId="677BCFC4" w14:textId="11278624" w:rsidR="00C37D22" w:rsidRDefault="002C4F0A" w:rsidP="002C4F0A">
      <w:pPr>
        <w:rPr>
          <w:noProof/>
          <w:lang w:val="de-DE"/>
        </w:rPr>
      </w:pPr>
      <w:r w:rsidRPr="002C4F0A">
        <w:rPr>
          <w:noProof/>
          <w:lang w:val="de-DE"/>
        </w:rPr>
        <w:t xml:space="preserve">Wir erinnern uns an eiskalte Hände, die aus unseren warmen Händen die Hilfe entgegennahmen – und an stumme, dankbare Augen, die uns anschauten. </w:t>
      </w:r>
    </w:p>
    <w:p w14:paraId="422D11EB" w14:textId="06423057" w:rsidR="00C37D22" w:rsidRDefault="002C4F0A" w:rsidP="002C4F0A">
      <w:pPr>
        <w:rPr>
          <w:noProof/>
          <w:lang w:val="de-DE"/>
        </w:rPr>
      </w:pPr>
      <w:r w:rsidRPr="002C4F0A">
        <w:rPr>
          <w:noProof/>
          <w:lang w:val="de-DE"/>
        </w:rPr>
        <w:t xml:space="preserve">Diese Begegnungen zeigen uns, wie überlebenswichtig Wärme, Nähe und konkrete Hilfe in diesem Krieg sind. </w:t>
      </w:r>
    </w:p>
    <w:p w14:paraId="2E73C1A3" w14:textId="69A0AB81" w:rsidR="00237BF5" w:rsidRDefault="002C4F0A" w:rsidP="00237BF5">
      <w:pPr>
        <w:rPr>
          <w:noProof/>
          <w:lang w:val="de-DE"/>
        </w:rPr>
      </w:pPr>
      <w:r w:rsidRPr="00736332">
        <w:rPr>
          <w:b/>
          <w:bCs/>
          <w:noProof/>
          <w:lang w:val="de-DE"/>
        </w:rPr>
        <w:t>Danke an alle, die diese Winternothilfe möglich gemacht haben</w:t>
      </w:r>
      <w:r w:rsidR="00736332">
        <w:rPr>
          <w:b/>
          <w:bCs/>
          <w:noProof/>
          <w:lang w:val="de-DE"/>
        </w:rPr>
        <w:t xml:space="preserve">!!! </w:t>
      </w:r>
    </w:p>
    <w:p w14:paraId="30E847DB" w14:textId="29D84A21" w:rsidR="001648C7" w:rsidRPr="00736332" w:rsidRDefault="001648C7" w:rsidP="002C4F0A">
      <w:pPr>
        <w:rPr>
          <w:b/>
          <w:bCs/>
          <w:noProof/>
          <w:lang w:val="de-DE"/>
        </w:rPr>
      </w:pPr>
    </w:p>
    <w:p w14:paraId="27515BB6" w14:textId="2E22F688" w:rsidR="00736332" w:rsidRDefault="00736332" w:rsidP="002C4F0A">
      <w:pPr>
        <w:rPr>
          <w:noProof/>
          <w:lang w:val="de-DE"/>
        </w:rPr>
      </w:pPr>
    </w:p>
    <w:p w14:paraId="324AB70F" w14:textId="77777777" w:rsidR="00736332" w:rsidRPr="00C37D22" w:rsidRDefault="00736332" w:rsidP="002C4F0A">
      <w:pPr>
        <w:rPr>
          <w:lang w:val="de-DE"/>
        </w:rPr>
      </w:pPr>
    </w:p>
    <w:p w14:paraId="0E589C19" w14:textId="06A789A1" w:rsidR="00736332" w:rsidRPr="007401EF" w:rsidRDefault="00736332" w:rsidP="002C4F0A">
      <w:pPr>
        <w:rPr>
          <w:lang w:val="de-DE"/>
        </w:rPr>
      </w:pPr>
      <w:r w:rsidRPr="00C37D22">
        <w:t>Dr. Janine v. Wolfersdorff</w:t>
      </w:r>
      <w:r w:rsidR="00C37D22" w:rsidRPr="00C37D22">
        <w:t xml:space="preserve"> </w:t>
      </w:r>
      <w:r w:rsidR="00C37D22">
        <w:br/>
      </w:r>
      <w:r w:rsidR="00C37D22" w:rsidRPr="00736332">
        <w:t xml:space="preserve">Life Bridge Ukraine, 1. </w:t>
      </w:r>
      <w:r w:rsidR="00C37D22" w:rsidRPr="007401EF">
        <w:rPr>
          <w:lang w:val="de-DE"/>
        </w:rPr>
        <w:t>Juni 2026</w:t>
      </w:r>
      <w:r w:rsidR="00C37D22">
        <w:rPr>
          <w:lang w:val="de-DE"/>
        </w:rPr>
        <w:t xml:space="preserve">, </w:t>
      </w:r>
      <w:r w:rsidR="00C37D22">
        <w:rPr>
          <w:lang w:val="de-DE"/>
        </w:rPr>
        <w:br/>
      </w:r>
      <w:hyperlink r:id="rId11" w:history="1">
        <w:r w:rsidR="00C37D22" w:rsidRPr="00121765">
          <w:rPr>
            <w:rStyle w:val="Hyperlink"/>
            <w:lang w:val="de-DE"/>
          </w:rPr>
          <w:t>contact@life.bridge-ukraine.com</w:t>
        </w:r>
      </w:hyperlink>
      <w:r w:rsidR="00C37D22" w:rsidRPr="007401EF">
        <w:rPr>
          <w:lang w:val="de-DE"/>
        </w:rPr>
        <w:t xml:space="preserve">, </w:t>
      </w:r>
      <w:r w:rsidR="00C37D22" w:rsidRPr="007401EF">
        <w:rPr>
          <w:lang w:val="de-DE"/>
        </w:rPr>
        <w:br/>
      </w:r>
    </w:p>
    <w:p w14:paraId="0714D372" w14:textId="5C65DCC6" w:rsidR="00563A9A" w:rsidRPr="007401EF" w:rsidRDefault="00563A9A">
      <w:pPr>
        <w:rPr>
          <w:lang w:val="de-DE"/>
        </w:rPr>
      </w:pPr>
    </w:p>
    <w:sectPr w:rsidR="00563A9A" w:rsidRPr="007401E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5877200">
    <w:abstractNumId w:val="8"/>
  </w:num>
  <w:num w:numId="2" w16cid:durableId="1124731078">
    <w:abstractNumId w:val="6"/>
  </w:num>
  <w:num w:numId="3" w16cid:durableId="109278104">
    <w:abstractNumId w:val="5"/>
  </w:num>
  <w:num w:numId="4" w16cid:durableId="1604418103">
    <w:abstractNumId w:val="4"/>
  </w:num>
  <w:num w:numId="5" w16cid:durableId="652220230">
    <w:abstractNumId w:val="7"/>
  </w:num>
  <w:num w:numId="6" w16cid:durableId="817649481">
    <w:abstractNumId w:val="3"/>
  </w:num>
  <w:num w:numId="7" w16cid:durableId="1551185224">
    <w:abstractNumId w:val="2"/>
  </w:num>
  <w:num w:numId="8" w16cid:durableId="1309362136">
    <w:abstractNumId w:val="1"/>
  </w:num>
  <w:num w:numId="9" w16cid:durableId="177408731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8B4"/>
    <w:rsid w:val="00034616"/>
    <w:rsid w:val="0006063C"/>
    <w:rsid w:val="0015074B"/>
    <w:rsid w:val="001648C7"/>
    <w:rsid w:val="00195446"/>
    <w:rsid w:val="001C104A"/>
    <w:rsid w:val="00237BF5"/>
    <w:rsid w:val="0029639D"/>
    <w:rsid w:val="002C4F0A"/>
    <w:rsid w:val="00326F90"/>
    <w:rsid w:val="0038667D"/>
    <w:rsid w:val="00463D07"/>
    <w:rsid w:val="00563A9A"/>
    <w:rsid w:val="00736332"/>
    <w:rsid w:val="007401EF"/>
    <w:rsid w:val="00980F7B"/>
    <w:rsid w:val="00AA1D8D"/>
    <w:rsid w:val="00AC268B"/>
    <w:rsid w:val="00AD4862"/>
    <w:rsid w:val="00B47730"/>
    <w:rsid w:val="00BF613F"/>
    <w:rsid w:val="00C344A9"/>
    <w:rsid w:val="00C37D22"/>
    <w:rsid w:val="00CB0664"/>
    <w:rsid w:val="00E87CD4"/>
    <w:rsid w:val="00F5774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18F116"/>
  <w14:defaultImageDpi w14:val="300"/>
  <w15:docId w15:val="{612A942E-536C-AC48-87CD-3D06D0CA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bsatz-Standardschriftart"/>
    <w:uiPriority w:val="99"/>
    <w:unhideWhenUsed/>
    <w:rsid w:val="00736332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3633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37D2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113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contact@life.bridge-ukraine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1875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JvW</dc:creator>
  <cp:keywords/>
  <dc:description/>
  <cp:lastModifiedBy>JvW</cp:lastModifiedBy>
  <cp:revision>3</cp:revision>
  <cp:lastPrinted>2026-06-01T12:31:00Z</cp:lastPrinted>
  <dcterms:created xsi:type="dcterms:W3CDTF">2026-08-07T08:51:00Z</dcterms:created>
  <dcterms:modified xsi:type="dcterms:W3CDTF">2026-08-07T08:53:00Z</dcterms:modified>
  <cp:category/>
</cp:coreProperties>
</file>